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Shirt order form</w:t>
      </w:r>
    </w:p>
    <w:p>
      <w:r>
        <w:t>Complete one row for each color and size. The organizer fills in the design, price, deadline and pickup details before distributing this form.</w:t>
      </w:r>
    </w:p>
    <w:p>
      <w:r>
        <w:t>Event or group   _______________________________________________________</w:t>
      </w:r>
    </w:p>
    <w:p>
      <w:r>
        <w:t>Design or shirt style   _______________________________________________________</w:t>
      </w:r>
    </w:p>
    <w:p>
      <w:r>
        <w:t>Available colors and sizes   _______________________________________________________</w:t>
      </w:r>
    </w:p>
    <w:p>
      <w:r>
        <w:t>Unit price and currency   _______________________________________________________</w:t>
      </w:r>
    </w:p>
    <w:p>
      <w:r>
        <w:t>Order deadline   _______________________________________________________</w:t>
      </w:r>
    </w:p>
    <w:p>
      <w:r>
        <w:t>Pickup details   _______________________________________________________</w:t>
      </w:r>
    </w:p>
    <w:p>
      <w:r>
        <w:t>Order ID   _______________________________________________________</w:t>
      </w:r>
    </w:p>
    <w:p>
      <w:r>
        <w:t>Participant name   _______________________________________________________</w:t>
      </w:r>
    </w:p>
    <w:p>
      <w:r>
        <w:t>Email or phone   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</w:tcPr>
          <w:p>
            <w:r>
              <w:t>Color</w:t>
            </w:r>
          </w:p>
        </w:tc>
        <w:tc>
          <w:tcPr>
            <w:tcW w:type="dxa" w:w="2074"/>
          </w:tcPr>
          <w:p>
            <w:r>
              <w:t>Size</w:t>
            </w:r>
          </w:p>
        </w:tc>
        <w:tc>
          <w:tcPr>
            <w:tcW w:type="dxa" w:w="2074"/>
          </w:tcPr>
          <w:p>
            <w:r>
              <w:t>Quantity</w:t>
            </w:r>
          </w:p>
        </w:tc>
        <w:tc>
          <w:tcPr>
            <w:tcW w:type="dxa" w:w="2074"/>
          </w:tcPr>
          <w:p>
            <w:r>
              <w:t>Unit price</w:t>
            </w:r>
          </w:p>
        </w:tc>
        <w:tc>
          <w:tcPr>
            <w:tcW w:type="dxa" w:w="2074"/>
          </w:tcPr>
          <w:p>
            <w:r>
              <w:t>Line total</w:t>
            </w:r>
          </w:p>
        </w:tc>
      </w:tr>
      <w:tr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  <w:tc>
          <w:tcPr>
            <w:tcW w:type="dxa" w:w="2074"/>
            <w:tcMar>
              <w:top w:w="14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074"/>
          </w:tcPr>
          <w:p>
            <w:r>
              <w:t>Order total</w:t>
            </w:r>
          </w:p>
        </w:tc>
        <w:tc>
          <w:tcPr>
            <w:tcW w:type="dxa" w:w="2074"/>
          </w:tcPr>
          <w:p/>
        </w:tc>
        <w:tc>
          <w:tcPr>
            <w:tcW w:type="dxa" w:w="2074"/>
          </w:tcPr>
          <w:p>
            <w:r>
              <w:t>_____</w:t>
            </w:r>
          </w:p>
        </w:tc>
        <w:tc>
          <w:tcPr>
            <w:tcW w:type="dxa" w:w="2074"/>
          </w:tcPr>
          <w:p/>
        </w:tc>
        <w:tc>
          <w:tcPr>
            <w:tcW w:type="dxa" w:w="2074"/>
          </w:tcPr>
          <w:p>
            <w:r>
              <w:t>_____</w:t>
            </w:r>
          </w:p>
        </w:tc>
      </w:tr>
    </w:tbl>
    <w:p>
      <w:r>
        <w:t>Tax shipping or discount   ______________________________________________</w:t>
      </w:r>
    </w:p>
    <w:p>
      <w:r>
        <w:t>Final amount and currency   ____________________________________________</w:t>
      </w:r>
    </w:p>
    <w:p>
      <w:r>
        <w:t>Notes   ______________________________________________________________</w:t>
      </w:r>
    </w:p>
    <w:p>
      <w:r>
        <w:t>Participant confirmation   _____________________   Date   ________________</w:t>
      </w:r>
    </w:p>
    <w:p>
      <w:r>
        <w:t>Organizer payment status   __________________   Payment reference   _______</w:t>
      </w:r>
    </w:p>
    <w:p>
      <w:r>
        <w:rPr>
          <w:sz w:val="18"/>
        </w:rPr>
        <w:t>Record payment status separately from the order. Do not enter card numbers, security codes or payment credentials on this form.</w:t>
      </w:r>
    </w:p>
    <w:sectPr w:rsidR="00FC693F" w:rsidRPr="0006063C" w:rsidSect="00034616">
      <w:pgSz w:w="12240" w:h="15840"/>
      <w:pgMar w:top="936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